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6FFD3" w14:textId="77777777" w:rsidR="00642072" w:rsidRDefault="00000000" w:rsidP="00E77FC1">
      <w:pPr>
        <w:pStyle w:val="1"/>
      </w:pPr>
      <w:r>
        <w:t>1. Основные параметры электропитания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642072" w14:paraId="3A3336B9" w14:textId="77777777" w:rsidTr="00E77FC1">
        <w:trPr>
          <w:tblHeader/>
        </w:trPr>
        <w:tc>
          <w:tcPr>
            <w:tcW w:w="2880" w:type="dxa"/>
          </w:tcPr>
          <w:p w14:paraId="107127EF" w14:textId="77777777" w:rsidR="00642072" w:rsidRPr="00E77FC1" w:rsidRDefault="00000000">
            <w:pPr>
              <w:rPr>
                <w:b/>
                <w:bCs/>
              </w:rPr>
            </w:pPr>
            <w:r w:rsidRPr="00E77FC1">
              <w:rPr>
                <w:b/>
                <w:bCs/>
              </w:rPr>
              <w:t>Параметр</w:t>
            </w:r>
          </w:p>
        </w:tc>
        <w:tc>
          <w:tcPr>
            <w:tcW w:w="2880" w:type="dxa"/>
          </w:tcPr>
          <w:p w14:paraId="6015ACFA" w14:textId="77777777" w:rsidR="00642072" w:rsidRPr="00E77FC1" w:rsidRDefault="00000000">
            <w:pPr>
              <w:rPr>
                <w:b/>
                <w:bCs/>
              </w:rPr>
            </w:pPr>
            <w:r w:rsidRPr="00E77FC1">
              <w:rPr>
                <w:b/>
                <w:bCs/>
              </w:rPr>
              <w:t>Краткая информация</w:t>
            </w:r>
          </w:p>
        </w:tc>
        <w:tc>
          <w:tcPr>
            <w:tcW w:w="2880" w:type="dxa"/>
          </w:tcPr>
          <w:p w14:paraId="3A99D2A7" w14:textId="77777777" w:rsidR="00642072" w:rsidRPr="00E77FC1" w:rsidRDefault="00000000">
            <w:pPr>
              <w:rPr>
                <w:b/>
                <w:bCs/>
              </w:rPr>
            </w:pPr>
            <w:r w:rsidRPr="00E77FC1">
              <w:rPr>
                <w:b/>
                <w:bCs/>
              </w:rPr>
              <w:t>Описание / пример</w:t>
            </w:r>
          </w:p>
        </w:tc>
      </w:tr>
      <w:tr w:rsidR="00642072" w14:paraId="33DD71FA" w14:textId="77777777" w:rsidTr="00E77FC1">
        <w:tc>
          <w:tcPr>
            <w:tcW w:w="2880" w:type="dxa"/>
          </w:tcPr>
          <w:p w14:paraId="59C719D1" w14:textId="77777777" w:rsidR="00642072" w:rsidRDefault="00000000">
            <w:r>
              <w:t>Тип электропитания (Phase)</w:t>
            </w:r>
          </w:p>
        </w:tc>
        <w:tc>
          <w:tcPr>
            <w:tcW w:w="2880" w:type="dxa"/>
          </w:tcPr>
          <w:p w14:paraId="4636531F" w14:textId="77777777" w:rsidR="00642072" w:rsidRDefault="00000000">
            <w:r>
              <w:t>Однофазное или трёхфазное питание</w:t>
            </w:r>
          </w:p>
        </w:tc>
        <w:tc>
          <w:tcPr>
            <w:tcW w:w="2880" w:type="dxa"/>
          </w:tcPr>
          <w:p w14:paraId="2D1FB131" w14:textId="77777777" w:rsidR="00642072" w:rsidRDefault="00000000">
            <w:r>
              <w:t>1~ / 3~</w:t>
            </w:r>
          </w:p>
        </w:tc>
      </w:tr>
      <w:tr w:rsidR="00642072" w14:paraId="3C6E814E" w14:textId="77777777" w:rsidTr="00E77FC1">
        <w:tc>
          <w:tcPr>
            <w:tcW w:w="2880" w:type="dxa"/>
          </w:tcPr>
          <w:p w14:paraId="516A611B" w14:textId="77777777" w:rsidR="00642072" w:rsidRPr="00E77FC1" w:rsidRDefault="00000000">
            <w:pPr>
              <w:rPr>
                <w:lang w:val="ru-RU"/>
              </w:rPr>
            </w:pPr>
            <w:r w:rsidRPr="00E77FC1">
              <w:rPr>
                <w:lang w:val="ru-RU"/>
              </w:rPr>
              <w:t>Номинальное напряжение питания (</w:t>
            </w:r>
            <w:r>
              <w:t>Rated</w:t>
            </w:r>
            <w:r w:rsidRPr="00E77FC1">
              <w:rPr>
                <w:lang w:val="ru-RU"/>
              </w:rPr>
              <w:t xml:space="preserve"> </w:t>
            </w:r>
            <w:r>
              <w:t>voltage</w:t>
            </w:r>
            <w:r w:rsidRPr="00E77FC1">
              <w:rPr>
                <w:lang w:val="ru-RU"/>
              </w:rPr>
              <w:t>)</w:t>
            </w:r>
          </w:p>
        </w:tc>
        <w:tc>
          <w:tcPr>
            <w:tcW w:w="2880" w:type="dxa"/>
          </w:tcPr>
          <w:p w14:paraId="791C281D" w14:textId="77777777" w:rsidR="00642072" w:rsidRDefault="00000000">
            <w:proofErr w:type="spellStart"/>
            <w:r>
              <w:t>Рабочее</w:t>
            </w:r>
            <w:proofErr w:type="spellEnd"/>
            <w:r>
              <w:t xml:space="preserve"> </w:t>
            </w:r>
            <w:proofErr w:type="spellStart"/>
            <w:r>
              <w:t>напряжение</w:t>
            </w:r>
            <w:proofErr w:type="spellEnd"/>
            <w:r>
              <w:t xml:space="preserve"> </w:t>
            </w:r>
            <w:proofErr w:type="spellStart"/>
            <w:r>
              <w:t>двигателя</w:t>
            </w:r>
            <w:proofErr w:type="spellEnd"/>
          </w:p>
        </w:tc>
        <w:tc>
          <w:tcPr>
            <w:tcW w:w="2880" w:type="dxa"/>
          </w:tcPr>
          <w:p w14:paraId="483BE289" w14:textId="77777777" w:rsidR="00642072" w:rsidRDefault="00000000">
            <w:r>
              <w:t>230 В, 3×400 В</w:t>
            </w:r>
          </w:p>
        </w:tc>
      </w:tr>
      <w:tr w:rsidR="00642072" w14:paraId="4385CCF9" w14:textId="77777777" w:rsidTr="00E77FC1">
        <w:tc>
          <w:tcPr>
            <w:tcW w:w="2880" w:type="dxa"/>
          </w:tcPr>
          <w:p w14:paraId="76635783" w14:textId="77777777" w:rsidR="00642072" w:rsidRPr="00E77FC1" w:rsidRDefault="00000000">
            <w:pPr>
              <w:rPr>
                <w:lang w:val="ru-RU"/>
              </w:rPr>
            </w:pPr>
            <w:r w:rsidRPr="00E77FC1">
              <w:rPr>
                <w:lang w:val="ru-RU"/>
              </w:rPr>
              <w:t>Диапазон допустимого напряжения (</w:t>
            </w:r>
            <w:r>
              <w:t>Voltage</w:t>
            </w:r>
            <w:r w:rsidRPr="00E77FC1">
              <w:rPr>
                <w:lang w:val="ru-RU"/>
              </w:rPr>
              <w:t xml:space="preserve"> </w:t>
            </w:r>
            <w:r>
              <w:t>range</w:t>
            </w:r>
            <w:r w:rsidRPr="00E77FC1">
              <w:rPr>
                <w:lang w:val="ru-RU"/>
              </w:rPr>
              <w:t>)</w:t>
            </w:r>
          </w:p>
        </w:tc>
        <w:tc>
          <w:tcPr>
            <w:tcW w:w="2880" w:type="dxa"/>
          </w:tcPr>
          <w:p w14:paraId="5C21360C" w14:textId="77777777" w:rsidR="00642072" w:rsidRDefault="00000000">
            <w:proofErr w:type="spellStart"/>
            <w:r>
              <w:t>Допустимые</w:t>
            </w:r>
            <w:proofErr w:type="spellEnd"/>
            <w:r>
              <w:t xml:space="preserve"> </w:t>
            </w:r>
            <w:proofErr w:type="spellStart"/>
            <w:r>
              <w:t>отклонения</w:t>
            </w:r>
            <w:proofErr w:type="spellEnd"/>
            <w:r>
              <w:t xml:space="preserve"> </w:t>
            </w:r>
            <w:proofErr w:type="spellStart"/>
            <w:r>
              <w:t>напряжения</w:t>
            </w:r>
            <w:proofErr w:type="spellEnd"/>
          </w:p>
        </w:tc>
        <w:tc>
          <w:tcPr>
            <w:tcW w:w="2880" w:type="dxa"/>
          </w:tcPr>
          <w:p w14:paraId="01235523" w14:textId="77777777" w:rsidR="00642072" w:rsidRDefault="00000000">
            <w:r>
              <w:t>160–240 В, 380–415 В</w:t>
            </w:r>
          </w:p>
        </w:tc>
      </w:tr>
      <w:tr w:rsidR="00642072" w14:paraId="7120C64A" w14:textId="77777777" w:rsidTr="00E77FC1">
        <w:tc>
          <w:tcPr>
            <w:tcW w:w="2880" w:type="dxa"/>
          </w:tcPr>
          <w:p w14:paraId="7F153B34" w14:textId="77777777" w:rsidR="00642072" w:rsidRDefault="00000000">
            <w:r>
              <w:t>Частота сети (Frequency)</w:t>
            </w:r>
          </w:p>
        </w:tc>
        <w:tc>
          <w:tcPr>
            <w:tcW w:w="2880" w:type="dxa"/>
          </w:tcPr>
          <w:p w14:paraId="6C8D41E2" w14:textId="77777777" w:rsidR="00642072" w:rsidRDefault="00000000">
            <w:r>
              <w:t>Частота питающей сети</w:t>
            </w:r>
          </w:p>
        </w:tc>
        <w:tc>
          <w:tcPr>
            <w:tcW w:w="2880" w:type="dxa"/>
          </w:tcPr>
          <w:p w14:paraId="02256F05" w14:textId="77777777" w:rsidR="00642072" w:rsidRDefault="00000000">
            <w:r>
              <w:t>50 Гц, 50/60 Гц</w:t>
            </w:r>
          </w:p>
        </w:tc>
      </w:tr>
      <w:tr w:rsidR="00642072" w14:paraId="4F75C540" w14:textId="77777777" w:rsidTr="00E77FC1">
        <w:tc>
          <w:tcPr>
            <w:tcW w:w="2880" w:type="dxa"/>
          </w:tcPr>
          <w:p w14:paraId="1163FCEC" w14:textId="77777777" w:rsidR="00642072" w:rsidRDefault="00000000">
            <w:r>
              <w:t>Коэффициент мощности (Power factor, cos φ)</w:t>
            </w:r>
          </w:p>
        </w:tc>
        <w:tc>
          <w:tcPr>
            <w:tcW w:w="2880" w:type="dxa"/>
          </w:tcPr>
          <w:p w14:paraId="43EAB3D7" w14:textId="77777777" w:rsidR="00642072" w:rsidRDefault="00000000">
            <w:r>
              <w:t>Эффективность использования тока</w:t>
            </w:r>
          </w:p>
        </w:tc>
        <w:tc>
          <w:tcPr>
            <w:tcW w:w="2880" w:type="dxa"/>
          </w:tcPr>
          <w:p w14:paraId="1E020B3C" w14:textId="77777777" w:rsidR="00642072" w:rsidRDefault="00000000">
            <w:r>
              <w:t>0,82</w:t>
            </w:r>
          </w:p>
        </w:tc>
      </w:tr>
      <w:tr w:rsidR="00642072" w14:paraId="5503D109" w14:textId="77777777" w:rsidTr="00E77FC1">
        <w:tc>
          <w:tcPr>
            <w:tcW w:w="2880" w:type="dxa"/>
          </w:tcPr>
          <w:p w14:paraId="741D1AE3" w14:textId="77777777" w:rsidR="00642072" w:rsidRDefault="00000000">
            <w:r>
              <w:t>Класс энергоэффективности</w:t>
            </w:r>
          </w:p>
        </w:tc>
        <w:tc>
          <w:tcPr>
            <w:tcW w:w="2880" w:type="dxa"/>
          </w:tcPr>
          <w:p w14:paraId="1B9D7339" w14:textId="77777777" w:rsidR="00642072" w:rsidRDefault="00000000">
            <w:r>
              <w:t>Стандарт энергоэффективности</w:t>
            </w:r>
          </w:p>
        </w:tc>
        <w:tc>
          <w:tcPr>
            <w:tcW w:w="2880" w:type="dxa"/>
          </w:tcPr>
          <w:p w14:paraId="025A15D2" w14:textId="77777777" w:rsidR="00642072" w:rsidRDefault="00000000">
            <w:r>
              <w:t>IE2, IE3, IE4</w:t>
            </w:r>
          </w:p>
        </w:tc>
      </w:tr>
      <w:tr w:rsidR="00642072" w14:paraId="2292472F" w14:textId="77777777" w:rsidTr="00E77FC1">
        <w:tc>
          <w:tcPr>
            <w:tcW w:w="2880" w:type="dxa"/>
          </w:tcPr>
          <w:p w14:paraId="0E772582" w14:textId="77777777" w:rsidR="00642072" w:rsidRDefault="00000000">
            <w:r>
              <w:t>КПД при номинальной нагрузке</w:t>
            </w:r>
          </w:p>
        </w:tc>
        <w:tc>
          <w:tcPr>
            <w:tcW w:w="2880" w:type="dxa"/>
          </w:tcPr>
          <w:p w14:paraId="0BE6B18A" w14:textId="77777777" w:rsidR="00642072" w:rsidRDefault="00000000">
            <w:r>
              <w:t>Эффективность двигателя</w:t>
            </w:r>
          </w:p>
        </w:tc>
        <w:tc>
          <w:tcPr>
            <w:tcW w:w="2880" w:type="dxa"/>
          </w:tcPr>
          <w:p w14:paraId="2C35AF49" w14:textId="77777777" w:rsidR="00642072" w:rsidRDefault="00000000">
            <w:r>
              <w:t>%</w:t>
            </w:r>
          </w:p>
        </w:tc>
      </w:tr>
    </w:tbl>
    <w:p w14:paraId="60C18A5F" w14:textId="77777777" w:rsidR="00642072" w:rsidRDefault="00000000" w:rsidP="00E77FC1">
      <w:pPr>
        <w:pStyle w:val="1"/>
      </w:pPr>
      <w:r>
        <w:t>2. Электрические параметры нагрузки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642072" w14:paraId="75B696DE" w14:textId="77777777" w:rsidTr="00E77FC1">
        <w:trPr>
          <w:tblHeader/>
        </w:trPr>
        <w:tc>
          <w:tcPr>
            <w:tcW w:w="2880" w:type="dxa"/>
          </w:tcPr>
          <w:p w14:paraId="7BE65678" w14:textId="77777777" w:rsidR="00642072" w:rsidRPr="00E77FC1" w:rsidRDefault="00000000">
            <w:pPr>
              <w:rPr>
                <w:b/>
                <w:bCs/>
              </w:rPr>
            </w:pPr>
            <w:r w:rsidRPr="00E77FC1">
              <w:rPr>
                <w:b/>
                <w:bCs/>
              </w:rPr>
              <w:t>Параметр</w:t>
            </w:r>
          </w:p>
        </w:tc>
        <w:tc>
          <w:tcPr>
            <w:tcW w:w="2880" w:type="dxa"/>
          </w:tcPr>
          <w:p w14:paraId="4E903261" w14:textId="77777777" w:rsidR="00642072" w:rsidRPr="00E77FC1" w:rsidRDefault="00000000">
            <w:pPr>
              <w:rPr>
                <w:b/>
                <w:bCs/>
              </w:rPr>
            </w:pPr>
            <w:r w:rsidRPr="00E77FC1">
              <w:rPr>
                <w:b/>
                <w:bCs/>
              </w:rPr>
              <w:t>Краткая информация</w:t>
            </w:r>
          </w:p>
        </w:tc>
        <w:tc>
          <w:tcPr>
            <w:tcW w:w="2880" w:type="dxa"/>
          </w:tcPr>
          <w:p w14:paraId="0CE98597" w14:textId="77777777" w:rsidR="00642072" w:rsidRPr="00E77FC1" w:rsidRDefault="00000000">
            <w:pPr>
              <w:rPr>
                <w:b/>
                <w:bCs/>
              </w:rPr>
            </w:pPr>
            <w:r w:rsidRPr="00E77FC1">
              <w:rPr>
                <w:b/>
                <w:bCs/>
              </w:rPr>
              <w:t>Описание / пример</w:t>
            </w:r>
          </w:p>
        </w:tc>
      </w:tr>
      <w:tr w:rsidR="00642072" w14:paraId="731D67B6" w14:textId="77777777" w:rsidTr="00E77FC1">
        <w:tc>
          <w:tcPr>
            <w:tcW w:w="2880" w:type="dxa"/>
          </w:tcPr>
          <w:p w14:paraId="78C6B882" w14:textId="77777777" w:rsidR="00642072" w:rsidRDefault="00000000">
            <w:r>
              <w:t>Номинальная мощность (Rated power)</w:t>
            </w:r>
          </w:p>
        </w:tc>
        <w:tc>
          <w:tcPr>
            <w:tcW w:w="2880" w:type="dxa"/>
          </w:tcPr>
          <w:p w14:paraId="7AA148C9" w14:textId="77777777" w:rsidR="00642072" w:rsidRDefault="00000000">
            <w:r>
              <w:t>Мощность на валу</w:t>
            </w:r>
          </w:p>
        </w:tc>
        <w:tc>
          <w:tcPr>
            <w:tcW w:w="2880" w:type="dxa"/>
          </w:tcPr>
          <w:p w14:paraId="18724713" w14:textId="77777777" w:rsidR="00642072" w:rsidRDefault="00000000">
            <w:r>
              <w:t>Вт / кВт</w:t>
            </w:r>
          </w:p>
        </w:tc>
      </w:tr>
      <w:tr w:rsidR="00642072" w14:paraId="43081255" w14:textId="77777777" w:rsidTr="00E77FC1">
        <w:tc>
          <w:tcPr>
            <w:tcW w:w="2880" w:type="dxa"/>
          </w:tcPr>
          <w:p w14:paraId="4A2099B7" w14:textId="77777777" w:rsidR="00642072" w:rsidRDefault="00000000">
            <w:r>
              <w:t>Потребляемая мощность (Input power)</w:t>
            </w:r>
          </w:p>
        </w:tc>
        <w:tc>
          <w:tcPr>
            <w:tcW w:w="2880" w:type="dxa"/>
          </w:tcPr>
          <w:p w14:paraId="5FB5F132" w14:textId="77777777" w:rsidR="00642072" w:rsidRDefault="00000000">
            <w:r>
              <w:t>Потребление из сети</w:t>
            </w:r>
          </w:p>
        </w:tc>
        <w:tc>
          <w:tcPr>
            <w:tcW w:w="2880" w:type="dxa"/>
          </w:tcPr>
          <w:p w14:paraId="61F304B2" w14:textId="77777777" w:rsidR="00642072" w:rsidRDefault="00000000">
            <w:r>
              <w:t>Вт / кВт</w:t>
            </w:r>
          </w:p>
        </w:tc>
      </w:tr>
      <w:tr w:rsidR="00642072" w14:paraId="740D405A" w14:textId="77777777" w:rsidTr="00E77FC1">
        <w:tc>
          <w:tcPr>
            <w:tcW w:w="2880" w:type="dxa"/>
          </w:tcPr>
          <w:p w14:paraId="27B40F69" w14:textId="77777777" w:rsidR="00642072" w:rsidRDefault="00000000">
            <w:r>
              <w:t>Номинальный ток (Rated current)</w:t>
            </w:r>
          </w:p>
        </w:tc>
        <w:tc>
          <w:tcPr>
            <w:tcW w:w="2880" w:type="dxa"/>
          </w:tcPr>
          <w:p w14:paraId="41C00264" w14:textId="77777777" w:rsidR="00642072" w:rsidRDefault="00000000">
            <w:r>
              <w:t>Ток при нагрузке</w:t>
            </w:r>
          </w:p>
        </w:tc>
        <w:tc>
          <w:tcPr>
            <w:tcW w:w="2880" w:type="dxa"/>
          </w:tcPr>
          <w:p w14:paraId="7E288899" w14:textId="77777777" w:rsidR="00642072" w:rsidRDefault="00000000">
            <w:r>
              <w:t>А</w:t>
            </w:r>
          </w:p>
        </w:tc>
      </w:tr>
      <w:tr w:rsidR="00642072" w14:paraId="3C3D555B" w14:textId="77777777" w:rsidTr="00E77FC1">
        <w:tc>
          <w:tcPr>
            <w:tcW w:w="2880" w:type="dxa"/>
          </w:tcPr>
          <w:p w14:paraId="3B6AB6C1" w14:textId="77777777" w:rsidR="00642072" w:rsidRDefault="00000000">
            <w:r>
              <w:t>Максимальный рабочий ток</w:t>
            </w:r>
          </w:p>
        </w:tc>
        <w:tc>
          <w:tcPr>
            <w:tcW w:w="2880" w:type="dxa"/>
          </w:tcPr>
          <w:p w14:paraId="07F1DFE9" w14:textId="77777777" w:rsidR="00642072" w:rsidRDefault="00000000">
            <w:r>
              <w:t>Длительный допустимый ток</w:t>
            </w:r>
          </w:p>
        </w:tc>
        <w:tc>
          <w:tcPr>
            <w:tcW w:w="2880" w:type="dxa"/>
          </w:tcPr>
          <w:p w14:paraId="6527A04B" w14:textId="77777777" w:rsidR="00642072" w:rsidRDefault="00000000">
            <w:r>
              <w:t>А</w:t>
            </w:r>
          </w:p>
        </w:tc>
      </w:tr>
      <w:tr w:rsidR="00642072" w14:paraId="630C02BB" w14:textId="77777777" w:rsidTr="00E77FC1">
        <w:tc>
          <w:tcPr>
            <w:tcW w:w="2880" w:type="dxa"/>
          </w:tcPr>
          <w:p w14:paraId="1800646B" w14:textId="77777777" w:rsidR="00642072" w:rsidRDefault="00000000">
            <w:r>
              <w:t>Пусковой ток</w:t>
            </w:r>
          </w:p>
        </w:tc>
        <w:tc>
          <w:tcPr>
            <w:tcW w:w="2880" w:type="dxa"/>
          </w:tcPr>
          <w:p w14:paraId="621926F9" w14:textId="77777777" w:rsidR="00642072" w:rsidRDefault="00000000">
            <w:r>
              <w:t>Ток при старте</w:t>
            </w:r>
          </w:p>
        </w:tc>
        <w:tc>
          <w:tcPr>
            <w:tcW w:w="2880" w:type="dxa"/>
          </w:tcPr>
          <w:p w14:paraId="79F910F2" w14:textId="77777777" w:rsidR="00642072" w:rsidRDefault="00000000">
            <w:r>
              <w:t>А</w:t>
            </w:r>
          </w:p>
        </w:tc>
      </w:tr>
      <w:tr w:rsidR="00642072" w14:paraId="3D91EFC9" w14:textId="77777777" w:rsidTr="00E77FC1">
        <w:tc>
          <w:tcPr>
            <w:tcW w:w="2880" w:type="dxa"/>
          </w:tcPr>
          <w:p w14:paraId="5ED1B2A6" w14:textId="77777777" w:rsidR="00642072" w:rsidRDefault="00000000">
            <w:r>
              <w:t>Номинальный крутящий момент</w:t>
            </w:r>
          </w:p>
        </w:tc>
        <w:tc>
          <w:tcPr>
            <w:tcW w:w="2880" w:type="dxa"/>
          </w:tcPr>
          <w:p w14:paraId="2DBF67AB" w14:textId="77777777" w:rsidR="00642072" w:rsidRDefault="00000000">
            <w:r>
              <w:t>Момент на валу</w:t>
            </w:r>
          </w:p>
        </w:tc>
        <w:tc>
          <w:tcPr>
            <w:tcW w:w="2880" w:type="dxa"/>
          </w:tcPr>
          <w:p w14:paraId="22F8CB09" w14:textId="77777777" w:rsidR="00642072" w:rsidRDefault="00000000">
            <w:r>
              <w:t>Н·м</w:t>
            </w:r>
          </w:p>
        </w:tc>
      </w:tr>
      <w:tr w:rsidR="00642072" w14:paraId="40EA271E" w14:textId="77777777" w:rsidTr="00E77FC1">
        <w:tc>
          <w:tcPr>
            <w:tcW w:w="2880" w:type="dxa"/>
          </w:tcPr>
          <w:p w14:paraId="22A8D1DB" w14:textId="77777777" w:rsidR="00642072" w:rsidRDefault="00000000">
            <w:r>
              <w:lastRenderedPageBreak/>
              <w:t>Пусковой крутящий момент</w:t>
            </w:r>
          </w:p>
        </w:tc>
        <w:tc>
          <w:tcPr>
            <w:tcW w:w="2880" w:type="dxa"/>
          </w:tcPr>
          <w:p w14:paraId="41877E3F" w14:textId="77777777" w:rsidR="00642072" w:rsidRDefault="00000000">
            <w:r>
              <w:t>Момент при запуске</w:t>
            </w:r>
          </w:p>
        </w:tc>
        <w:tc>
          <w:tcPr>
            <w:tcW w:w="2880" w:type="dxa"/>
          </w:tcPr>
          <w:p w14:paraId="06031FDD" w14:textId="77777777" w:rsidR="00642072" w:rsidRDefault="00000000">
            <w:r>
              <w:t>%</w:t>
            </w:r>
          </w:p>
        </w:tc>
      </w:tr>
      <w:tr w:rsidR="00642072" w14:paraId="679D941D" w14:textId="77777777" w:rsidTr="00E77FC1">
        <w:tc>
          <w:tcPr>
            <w:tcW w:w="2880" w:type="dxa"/>
          </w:tcPr>
          <w:p w14:paraId="71EB8ED3" w14:textId="77777777" w:rsidR="00642072" w:rsidRDefault="00000000">
            <w:r>
              <w:t>Макс. пусков в час</w:t>
            </w:r>
          </w:p>
        </w:tc>
        <w:tc>
          <w:tcPr>
            <w:tcW w:w="2880" w:type="dxa"/>
          </w:tcPr>
          <w:p w14:paraId="74D32830" w14:textId="77777777" w:rsidR="00642072" w:rsidRDefault="00000000">
            <w:r>
              <w:t>Частота включений</w:t>
            </w:r>
          </w:p>
        </w:tc>
        <w:tc>
          <w:tcPr>
            <w:tcW w:w="2880" w:type="dxa"/>
          </w:tcPr>
          <w:p w14:paraId="63B9BD3C" w14:textId="77777777" w:rsidR="00642072" w:rsidRDefault="00000000">
            <w:r>
              <w:t>кол/ч</w:t>
            </w:r>
          </w:p>
        </w:tc>
      </w:tr>
    </w:tbl>
    <w:p w14:paraId="23481D44" w14:textId="77777777" w:rsidR="00642072" w:rsidRDefault="00000000" w:rsidP="00E77FC1">
      <w:pPr>
        <w:pStyle w:val="1"/>
      </w:pPr>
      <w:r>
        <w:t>3. Тип и характеристики электродвигателя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642072" w14:paraId="4E49B3A8" w14:textId="77777777" w:rsidTr="00E77FC1">
        <w:trPr>
          <w:tblHeader/>
        </w:trPr>
        <w:tc>
          <w:tcPr>
            <w:tcW w:w="2880" w:type="dxa"/>
          </w:tcPr>
          <w:p w14:paraId="20976F6E" w14:textId="77777777" w:rsidR="00642072" w:rsidRPr="00E77FC1" w:rsidRDefault="00000000">
            <w:pPr>
              <w:rPr>
                <w:b/>
                <w:bCs/>
              </w:rPr>
            </w:pPr>
            <w:r w:rsidRPr="00E77FC1">
              <w:rPr>
                <w:b/>
                <w:bCs/>
              </w:rPr>
              <w:t>Параметр</w:t>
            </w:r>
          </w:p>
        </w:tc>
        <w:tc>
          <w:tcPr>
            <w:tcW w:w="2880" w:type="dxa"/>
          </w:tcPr>
          <w:p w14:paraId="6C9A8B80" w14:textId="77777777" w:rsidR="00642072" w:rsidRPr="00E77FC1" w:rsidRDefault="00000000">
            <w:pPr>
              <w:rPr>
                <w:b/>
                <w:bCs/>
              </w:rPr>
            </w:pPr>
            <w:r w:rsidRPr="00E77FC1">
              <w:rPr>
                <w:b/>
                <w:bCs/>
              </w:rPr>
              <w:t>Краткая информация</w:t>
            </w:r>
          </w:p>
        </w:tc>
        <w:tc>
          <w:tcPr>
            <w:tcW w:w="2880" w:type="dxa"/>
          </w:tcPr>
          <w:p w14:paraId="7FE6A4B5" w14:textId="77777777" w:rsidR="00642072" w:rsidRPr="00E77FC1" w:rsidRDefault="00000000">
            <w:pPr>
              <w:rPr>
                <w:b/>
                <w:bCs/>
              </w:rPr>
            </w:pPr>
            <w:r w:rsidRPr="00E77FC1">
              <w:rPr>
                <w:b/>
                <w:bCs/>
              </w:rPr>
              <w:t>Описание / пример</w:t>
            </w:r>
          </w:p>
        </w:tc>
      </w:tr>
      <w:tr w:rsidR="00642072" w14:paraId="0BD67F30" w14:textId="77777777" w:rsidTr="00E77FC1">
        <w:tc>
          <w:tcPr>
            <w:tcW w:w="2880" w:type="dxa"/>
          </w:tcPr>
          <w:p w14:paraId="7C7E1044" w14:textId="77777777" w:rsidR="00642072" w:rsidRDefault="00000000">
            <w:r>
              <w:t>Тип электродвигателя</w:t>
            </w:r>
          </w:p>
        </w:tc>
        <w:tc>
          <w:tcPr>
            <w:tcW w:w="2880" w:type="dxa"/>
          </w:tcPr>
          <w:p w14:paraId="0B42F18C" w14:textId="77777777" w:rsidR="00642072" w:rsidRDefault="00000000">
            <w:r>
              <w:t>Тип конструкции двигателя</w:t>
            </w:r>
          </w:p>
        </w:tc>
        <w:tc>
          <w:tcPr>
            <w:tcW w:w="2880" w:type="dxa"/>
          </w:tcPr>
          <w:p w14:paraId="2239509E" w14:textId="77777777" w:rsidR="00642072" w:rsidRDefault="00000000">
            <w:r>
              <w:t>Асинхр./Синхр./PM</w:t>
            </w:r>
          </w:p>
        </w:tc>
      </w:tr>
      <w:tr w:rsidR="00642072" w14:paraId="0FD1450E" w14:textId="77777777" w:rsidTr="00E77FC1">
        <w:tc>
          <w:tcPr>
            <w:tcW w:w="2880" w:type="dxa"/>
          </w:tcPr>
          <w:p w14:paraId="3EDA1A59" w14:textId="77777777" w:rsidR="00642072" w:rsidRDefault="00000000">
            <w:r>
              <w:t>Количество полюсов</w:t>
            </w:r>
          </w:p>
        </w:tc>
        <w:tc>
          <w:tcPr>
            <w:tcW w:w="2880" w:type="dxa"/>
          </w:tcPr>
          <w:p w14:paraId="50318DDD" w14:textId="77777777" w:rsidR="00642072" w:rsidRDefault="00000000">
            <w:r>
              <w:t>Определяет скорость</w:t>
            </w:r>
          </w:p>
        </w:tc>
        <w:tc>
          <w:tcPr>
            <w:tcW w:w="2880" w:type="dxa"/>
          </w:tcPr>
          <w:p w14:paraId="181C46B5" w14:textId="77777777" w:rsidR="00642072" w:rsidRDefault="00000000">
            <w:r>
              <w:t>2/4/6</w:t>
            </w:r>
          </w:p>
        </w:tc>
      </w:tr>
      <w:tr w:rsidR="00642072" w14:paraId="5A5434AF" w14:textId="77777777" w:rsidTr="00E77FC1">
        <w:tc>
          <w:tcPr>
            <w:tcW w:w="2880" w:type="dxa"/>
          </w:tcPr>
          <w:p w14:paraId="6A52DF82" w14:textId="77777777" w:rsidR="00642072" w:rsidRDefault="00000000">
            <w:r>
              <w:t>Синхронная скорость</w:t>
            </w:r>
          </w:p>
        </w:tc>
        <w:tc>
          <w:tcPr>
            <w:tcW w:w="2880" w:type="dxa"/>
          </w:tcPr>
          <w:p w14:paraId="08556BA0" w14:textId="77777777" w:rsidR="00642072" w:rsidRDefault="00000000">
            <w:r>
              <w:t>Теоретическая скорость</w:t>
            </w:r>
          </w:p>
        </w:tc>
        <w:tc>
          <w:tcPr>
            <w:tcW w:w="2880" w:type="dxa"/>
          </w:tcPr>
          <w:p w14:paraId="500E9418" w14:textId="77777777" w:rsidR="00642072" w:rsidRDefault="00000000">
            <w:r>
              <w:t>об/мин</w:t>
            </w:r>
          </w:p>
        </w:tc>
      </w:tr>
      <w:tr w:rsidR="00642072" w14:paraId="1CB35A39" w14:textId="77777777" w:rsidTr="00E77FC1">
        <w:tc>
          <w:tcPr>
            <w:tcW w:w="2880" w:type="dxa"/>
          </w:tcPr>
          <w:p w14:paraId="6B7600DA" w14:textId="77777777" w:rsidR="00642072" w:rsidRDefault="00000000">
            <w:r>
              <w:t>Номинальная скорость</w:t>
            </w:r>
          </w:p>
        </w:tc>
        <w:tc>
          <w:tcPr>
            <w:tcW w:w="2880" w:type="dxa"/>
          </w:tcPr>
          <w:p w14:paraId="290B9EE3" w14:textId="77777777" w:rsidR="00642072" w:rsidRDefault="00000000">
            <w:r>
              <w:t>Фактическая скорость</w:t>
            </w:r>
          </w:p>
        </w:tc>
        <w:tc>
          <w:tcPr>
            <w:tcW w:w="2880" w:type="dxa"/>
          </w:tcPr>
          <w:p w14:paraId="3DDB2F53" w14:textId="77777777" w:rsidR="00642072" w:rsidRDefault="00000000">
            <w:r>
              <w:t>об/мин</w:t>
            </w:r>
          </w:p>
        </w:tc>
      </w:tr>
      <w:tr w:rsidR="00642072" w14:paraId="32AE4B6A" w14:textId="77777777" w:rsidTr="00E77FC1">
        <w:tc>
          <w:tcPr>
            <w:tcW w:w="2880" w:type="dxa"/>
          </w:tcPr>
          <w:p w14:paraId="2798F2BB" w14:textId="77777777" w:rsidR="00642072" w:rsidRDefault="00000000">
            <w:r>
              <w:t>Режим работы (Duty type)</w:t>
            </w:r>
          </w:p>
        </w:tc>
        <w:tc>
          <w:tcPr>
            <w:tcW w:w="2880" w:type="dxa"/>
          </w:tcPr>
          <w:p w14:paraId="31A4C85A" w14:textId="77777777" w:rsidR="00642072" w:rsidRDefault="00000000">
            <w:r>
              <w:t>Тип нагруженности</w:t>
            </w:r>
          </w:p>
        </w:tc>
        <w:tc>
          <w:tcPr>
            <w:tcW w:w="2880" w:type="dxa"/>
          </w:tcPr>
          <w:p w14:paraId="19A6E510" w14:textId="77777777" w:rsidR="00642072" w:rsidRDefault="00000000">
            <w:r>
              <w:t>S1-S3</w:t>
            </w:r>
          </w:p>
        </w:tc>
      </w:tr>
      <w:tr w:rsidR="00642072" w14:paraId="622F59A5" w14:textId="77777777" w:rsidTr="00E77FC1">
        <w:tc>
          <w:tcPr>
            <w:tcW w:w="2880" w:type="dxa"/>
          </w:tcPr>
          <w:p w14:paraId="638FE89D" w14:textId="77777777" w:rsidR="00642072" w:rsidRDefault="00000000">
            <w:r>
              <w:t>Класс изоляции</w:t>
            </w:r>
          </w:p>
        </w:tc>
        <w:tc>
          <w:tcPr>
            <w:tcW w:w="2880" w:type="dxa"/>
          </w:tcPr>
          <w:p w14:paraId="22DBB756" w14:textId="77777777" w:rsidR="00642072" w:rsidRDefault="00000000">
            <w:r>
              <w:t>Термостойкость обмоток</w:t>
            </w:r>
          </w:p>
        </w:tc>
        <w:tc>
          <w:tcPr>
            <w:tcW w:w="2880" w:type="dxa"/>
          </w:tcPr>
          <w:p w14:paraId="62153216" w14:textId="77777777" w:rsidR="00642072" w:rsidRDefault="00000000">
            <w:r>
              <w:t>F, H</w:t>
            </w:r>
          </w:p>
        </w:tc>
      </w:tr>
      <w:tr w:rsidR="00642072" w14:paraId="138163F0" w14:textId="77777777" w:rsidTr="00E77FC1">
        <w:tc>
          <w:tcPr>
            <w:tcW w:w="2880" w:type="dxa"/>
          </w:tcPr>
          <w:p w14:paraId="4D8EFF1C" w14:textId="77777777" w:rsidR="00642072" w:rsidRDefault="00000000">
            <w:r>
              <w:t>Класс нагрева</w:t>
            </w:r>
          </w:p>
        </w:tc>
        <w:tc>
          <w:tcPr>
            <w:tcW w:w="2880" w:type="dxa"/>
          </w:tcPr>
          <w:p w14:paraId="01DDABCB" w14:textId="77777777" w:rsidR="00642072" w:rsidRDefault="00000000">
            <w:r>
              <w:t>Предельный нагрев</w:t>
            </w:r>
          </w:p>
        </w:tc>
        <w:tc>
          <w:tcPr>
            <w:tcW w:w="2880" w:type="dxa"/>
          </w:tcPr>
          <w:p w14:paraId="30143D53" w14:textId="77777777" w:rsidR="00642072" w:rsidRDefault="00000000">
            <w:r>
              <w:t>A–H</w:t>
            </w:r>
          </w:p>
        </w:tc>
      </w:tr>
      <w:tr w:rsidR="00642072" w14:paraId="11427726" w14:textId="77777777" w:rsidTr="00E77FC1">
        <w:tc>
          <w:tcPr>
            <w:tcW w:w="2880" w:type="dxa"/>
          </w:tcPr>
          <w:p w14:paraId="65E39CF1" w14:textId="77777777" w:rsidR="00642072" w:rsidRDefault="00000000">
            <w:r>
              <w:t>Степень защиты корпуса</w:t>
            </w:r>
          </w:p>
        </w:tc>
        <w:tc>
          <w:tcPr>
            <w:tcW w:w="2880" w:type="dxa"/>
          </w:tcPr>
          <w:p w14:paraId="6808B093" w14:textId="77777777" w:rsidR="00642072" w:rsidRPr="00E77FC1" w:rsidRDefault="00000000">
            <w:pPr>
              <w:rPr>
                <w:lang w:val="ru-RU"/>
              </w:rPr>
            </w:pPr>
            <w:r w:rsidRPr="00E77FC1">
              <w:rPr>
                <w:lang w:val="ru-RU"/>
              </w:rPr>
              <w:t>Защита от воды и пыли</w:t>
            </w:r>
          </w:p>
        </w:tc>
        <w:tc>
          <w:tcPr>
            <w:tcW w:w="2880" w:type="dxa"/>
          </w:tcPr>
          <w:p w14:paraId="306AEE3D" w14:textId="77777777" w:rsidR="00642072" w:rsidRDefault="00000000">
            <w:r>
              <w:t>IP54, IP55</w:t>
            </w:r>
          </w:p>
        </w:tc>
      </w:tr>
      <w:tr w:rsidR="00642072" w14:paraId="0AA45833" w14:textId="77777777" w:rsidTr="00E77FC1">
        <w:tc>
          <w:tcPr>
            <w:tcW w:w="2880" w:type="dxa"/>
          </w:tcPr>
          <w:p w14:paraId="3DE1B03E" w14:textId="77777777" w:rsidR="00642072" w:rsidRDefault="00000000">
            <w:r>
              <w:t>Материал обмотки</w:t>
            </w:r>
          </w:p>
        </w:tc>
        <w:tc>
          <w:tcPr>
            <w:tcW w:w="2880" w:type="dxa"/>
          </w:tcPr>
          <w:p w14:paraId="16330049" w14:textId="77777777" w:rsidR="00642072" w:rsidRDefault="00000000">
            <w:r>
              <w:t>Материал проводников</w:t>
            </w:r>
          </w:p>
        </w:tc>
        <w:tc>
          <w:tcPr>
            <w:tcW w:w="2880" w:type="dxa"/>
          </w:tcPr>
          <w:p w14:paraId="3D9EA81E" w14:textId="77777777" w:rsidR="00642072" w:rsidRDefault="00000000">
            <w:r>
              <w:t>Медь/Алюминий</w:t>
            </w:r>
          </w:p>
        </w:tc>
      </w:tr>
      <w:tr w:rsidR="00642072" w14:paraId="2DF36BEF" w14:textId="77777777" w:rsidTr="00E77FC1">
        <w:tc>
          <w:tcPr>
            <w:tcW w:w="2880" w:type="dxa"/>
          </w:tcPr>
          <w:p w14:paraId="5DD85313" w14:textId="77777777" w:rsidR="00642072" w:rsidRDefault="00000000">
            <w:r>
              <w:t>Тип охлаждения</w:t>
            </w:r>
          </w:p>
        </w:tc>
        <w:tc>
          <w:tcPr>
            <w:tcW w:w="2880" w:type="dxa"/>
          </w:tcPr>
          <w:p w14:paraId="4EF7E2BB" w14:textId="77777777" w:rsidR="00642072" w:rsidRDefault="00000000">
            <w:r>
              <w:t>Способ охлаждения</w:t>
            </w:r>
          </w:p>
        </w:tc>
        <w:tc>
          <w:tcPr>
            <w:tcW w:w="2880" w:type="dxa"/>
          </w:tcPr>
          <w:p w14:paraId="16C2102E" w14:textId="77777777" w:rsidR="00642072" w:rsidRDefault="00000000">
            <w:r>
              <w:t>возд./вод.</w:t>
            </w:r>
          </w:p>
        </w:tc>
      </w:tr>
      <w:tr w:rsidR="00642072" w14:paraId="7C649E34" w14:textId="77777777" w:rsidTr="00E77FC1">
        <w:tc>
          <w:tcPr>
            <w:tcW w:w="2880" w:type="dxa"/>
          </w:tcPr>
          <w:p w14:paraId="6E8084A4" w14:textId="77777777" w:rsidR="00642072" w:rsidRDefault="00000000">
            <w:r>
              <w:t>Тип соединения обмоток</w:t>
            </w:r>
          </w:p>
        </w:tc>
        <w:tc>
          <w:tcPr>
            <w:tcW w:w="2880" w:type="dxa"/>
          </w:tcPr>
          <w:p w14:paraId="536D7918" w14:textId="77777777" w:rsidR="00642072" w:rsidRDefault="00000000">
            <w:r>
              <w:t>Схема подключения</w:t>
            </w:r>
          </w:p>
        </w:tc>
        <w:tc>
          <w:tcPr>
            <w:tcW w:w="2880" w:type="dxa"/>
          </w:tcPr>
          <w:p w14:paraId="29CB6EC1" w14:textId="77777777" w:rsidR="00642072" w:rsidRDefault="00000000">
            <w:r>
              <w:t>Y/Δ</w:t>
            </w:r>
          </w:p>
        </w:tc>
      </w:tr>
      <w:tr w:rsidR="00642072" w14:paraId="3589594D" w14:textId="77777777" w:rsidTr="00E77FC1">
        <w:tc>
          <w:tcPr>
            <w:tcW w:w="2880" w:type="dxa"/>
          </w:tcPr>
          <w:p w14:paraId="3B1624A8" w14:textId="77777777" w:rsidR="00642072" w:rsidRDefault="00000000">
            <w:r>
              <w:t>Монтажное исполнение</w:t>
            </w:r>
          </w:p>
        </w:tc>
        <w:tc>
          <w:tcPr>
            <w:tcW w:w="2880" w:type="dxa"/>
          </w:tcPr>
          <w:p w14:paraId="5B890CEF" w14:textId="77777777" w:rsidR="00642072" w:rsidRDefault="00000000">
            <w:r>
              <w:t>Конфигурация корпуса</w:t>
            </w:r>
          </w:p>
        </w:tc>
        <w:tc>
          <w:tcPr>
            <w:tcW w:w="2880" w:type="dxa"/>
          </w:tcPr>
          <w:p w14:paraId="33C206BD" w14:textId="77777777" w:rsidR="00642072" w:rsidRDefault="00000000">
            <w:r>
              <w:t>IM B14/B35</w:t>
            </w:r>
          </w:p>
        </w:tc>
      </w:tr>
      <w:tr w:rsidR="00642072" w14:paraId="3ED61B2A" w14:textId="77777777" w:rsidTr="00E77FC1">
        <w:tc>
          <w:tcPr>
            <w:tcW w:w="2880" w:type="dxa"/>
          </w:tcPr>
          <w:p w14:paraId="7133B43D" w14:textId="77777777" w:rsidR="00642072" w:rsidRDefault="00000000">
            <w:r>
              <w:t>Встроенная термозащита</w:t>
            </w:r>
          </w:p>
        </w:tc>
        <w:tc>
          <w:tcPr>
            <w:tcW w:w="2880" w:type="dxa"/>
          </w:tcPr>
          <w:p w14:paraId="67967D1F" w14:textId="77777777" w:rsidR="00642072" w:rsidRDefault="00000000">
            <w:r>
              <w:t>Тип защиты от перегрева</w:t>
            </w:r>
          </w:p>
        </w:tc>
        <w:tc>
          <w:tcPr>
            <w:tcW w:w="2880" w:type="dxa"/>
          </w:tcPr>
          <w:p w14:paraId="134AFCEF" w14:textId="77777777" w:rsidR="00642072" w:rsidRDefault="00000000">
            <w:r>
              <w:t>PTC, NTC</w:t>
            </w:r>
          </w:p>
        </w:tc>
      </w:tr>
      <w:tr w:rsidR="00642072" w14:paraId="36E09511" w14:textId="77777777" w:rsidTr="00E77FC1">
        <w:tc>
          <w:tcPr>
            <w:tcW w:w="2880" w:type="dxa"/>
          </w:tcPr>
          <w:p w14:paraId="36DCF8E5" w14:textId="77777777" w:rsidR="00642072" w:rsidRDefault="00000000">
            <w:r>
              <w:t>Дополнительные датчики температуры</w:t>
            </w:r>
          </w:p>
        </w:tc>
        <w:tc>
          <w:tcPr>
            <w:tcW w:w="2880" w:type="dxa"/>
          </w:tcPr>
          <w:p w14:paraId="56452C7A" w14:textId="77777777" w:rsidR="00642072" w:rsidRDefault="00000000">
            <w:r>
              <w:t>Наличие датчиков</w:t>
            </w:r>
          </w:p>
        </w:tc>
        <w:tc>
          <w:tcPr>
            <w:tcW w:w="2880" w:type="dxa"/>
          </w:tcPr>
          <w:p w14:paraId="36C82282" w14:textId="77777777" w:rsidR="00642072" w:rsidRDefault="00000000">
            <w:r>
              <w:t>корпус/статор</w:t>
            </w:r>
          </w:p>
        </w:tc>
      </w:tr>
      <w:tr w:rsidR="00642072" w14:paraId="5ACF2589" w14:textId="77777777" w:rsidTr="00E77FC1">
        <w:tc>
          <w:tcPr>
            <w:tcW w:w="2880" w:type="dxa"/>
          </w:tcPr>
          <w:p w14:paraId="60C37DB9" w14:textId="77777777" w:rsidR="00642072" w:rsidRDefault="00000000">
            <w:r>
              <w:t>Наличие заземления</w:t>
            </w:r>
          </w:p>
        </w:tc>
        <w:tc>
          <w:tcPr>
            <w:tcW w:w="2880" w:type="dxa"/>
          </w:tcPr>
          <w:p w14:paraId="46BB0629" w14:textId="77777777" w:rsidR="00642072" w:rsidRDefault="00000000">
            <w:r>
              <w:t>Защитное заземление</w:t>
            </w:r>
          </w:p>
        </w:tc>
        <w:tc>
          <w:tcPr>
            <w:tcW w:w="2880" w:type="dxa"/>
          </w:tcPr>
          <w:p w14:paraId="0FE83893" w14:textId="77777777" w:rsidR="00642072" w:rsidRDefault="00000000">
            <w:r>
              <w:t>Да</w:t>
            </w:r>
          </w:p>
        </w:tc>
      </w:tr>
    </w:tbl>
    <w:p w14:paraId="57DFD335" w14:textId="77777777" w:rsidR="00642072" w:rsidRDefault="00000000" w:rsidP="00E77FC1">
      <w:pPr>
        <w:pStyle w:val="1"/>
      </w:pPr>
      <w:r>
        <w:t>4. Характеристики двигателя с частотным преобразователем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642072" w14:paraId="6252BF02" w14:textId="77777777" w:rsidTr="00E77FC1">
        <w:trPr>
          <w:tblHeader/>
        </w:trPr>
        <w:tc>
          <w:tcPr>
            <w:tcW w:w="2880" w:type="dxa"/>
          </w:tcPr>
          <w:p w14:paraId="40B67B4F" w14:textId="77777777" w:rsidR="00642072" w:rsidRPr="00E77FC1" w:rsidRDefault="00000000">
            <w:pPr>
              <w:rPr>
                <w:b/>
                <w:bCs/>
              </w:rPr>
            </w:pPr>
            <w:r w:rsidRPr="00E77FC1">
              <w:rPr>
                <w:b/>
                <w:bCs/>
              </w:rPr>
              <w:t>Параметр</w:t>
            </w:r>
          </w:p>
        </w:tc>
        <w:tc>
          <w:tcPr>
            <w:tcW w:w="2880" w:type="dxa"/>
          </w:tcPr>
          <w:p w14:paraId="33A5647C" w14:textId="77777777" w:rsidR="00642072" w:rsidRPr="00E77FC1" w:rsidRDefault="00000000">
            <w:pPr>
              <w:rPr>
                <w:b/>
                <w:bCs/>
              </w:rPr>
            </w:pPr>
            <w:r w:rsidRPr="00E77FC1">
              <w:rPr>
                <w:b/>
                <w:bCs/>
              </w:rPr>
              <w:t>Краткая информация</w:t>
            </w:r>
          </w:p>
        </w:tc>
        <w:tc>
          <w:tcPr>
            <w:tcW w:w="2880" w:type="dxa"/>
          </w:tcPr>
          <w:p w14:paraId="6B0CBA44" w14:textId="77777777" w:rsidR="00642072" w:rsidRPr="00E77FC1" w:rsidRDefault="00000000">
            <w:pPr>
              <w:rPr>
                <w:b/>
                <w:bCs/>
              </w:rPr>
            </w:pPr>
            <w:r w:rsidRPr="00E77FC1">
              <w:rPr>
                <w:b/>
                <w:bCs/>
              </w:rPr>
              <w:t>Описание / пример</w:t>
            </w:r>
          </w:p>
        </w:tc>
      </w:tr>
      <w:tr w:rsidR="00642072" w14:paraId="6DF1571E" w14:textId="77777777" w:rsidTr="00E77FC1">
        <w:tc>
          <w:tcPr>
            <w:tcW w:w="2880" w:type="dxa"/>
          </w:tcPr>
          <w:p w14:paraId="1B7696C1" w14:textId="77777777" w:rsidR="00642072" w:rsidRDefault="00000000">
            <w:r>
              <w:lastRenderedPageBreak/>
              <w:t>Диапазон регулирования частоты</w:t>
            </w:r>
          </w:p>
        </w:tc>
        <w:tc>
          <w:tcPr>
            <w:tcW w:w="2880" w:type="dxa"/>
          </w:tcPr>
          <w:p w14:paraId="2F823A96" w14:textId="77777777" w:rsidR="00642072" w:rsidRDefault="00000000">
            <w:r>
              <w:t>Рабочий диапазон VFD</w:t>
            </w:r>
          </w:p>
        </w:tc>
        <w:tc>
          <w:tcPr>
            <w:tcW w:w="2880" w:type="dxa"/>
          </w:tcPr>
          <w:p w14:paraId="320E697B" w14:textId="77777777" w:rsidR="00642072" w:rsidRDefault="00000000">
            <w:r>
              <w:t>Гц</w:t>
            </w:r>
          </w:p>
        </w:tc>
      </w:tr>
      <w:tr w:rsidR="00642072" w14:paraId="39AA81CF" w14:textId="77777777" w:rsidTr="00E77FC1">
        <w:tc>
          <w:tcPr>
            <w:tcW w:w="2880" w:type="dxa"/>
          </w:tcPr>
          <w:p w14:paraId="5EA80605" w14:textId="77777777" w:rsidR="00642072" w:rsidRDefault="00000000">
            <w:r>
              <w:t>Диапазон регулирования скорости</w:t>
            </w:r>
          </w:p>
        </w:tc>
        <w:tc>
          <w:tcPr>
            <w:tcW w:w="2880" w:type="dxa"/>
          </w:tcPr>
          <w:p w14:paraId="6EFBCBD9" w14:textId="77777777" w:rsidR="00642072" w:rsidRDefault="00000000">
            <w:r>
              <w:t>Диапазон оборотов</w:t>
            </w:r>
          </w:p>
        </w:tc>
        <w:tc>
          <w:tcPr>
            <w:tcW w:w="2880" w:type="dxa"/>
          </w:tcPr>
          <w:p w14:paraId="4CC84276" w14:textId="77777777" w:rsidR="00642072" w:rsidRDefault="00000000">
            <w:r>
              <w:t>% или RPM</w:t>
            </w:r>
          </w:p>
        </w:tc>
      </w:tr>
      <w:tr w:rsidR="00642072" w14:paraId="28B5BF0B" w14:textId="77777777" w:rsidTr="00E77FC1">
        <w:tc>
          <w:tcPr>
            <w:tcW w:w="2880" w:type="dxa"/>
          </w:tcPr>
          <w:p w14:paraId="5D42ACFA" w14:textId="77777777" w:rsidR="00642072" w:rsidRDefault="00000000">
            <w:r>
              <w:t>Тип управления</w:t>
            </w:r>
          </w:p>
        </w:tc>
        <w:tc>
          <w:tcPr>
            <w:tcW w:w="2880" w:type="dxa"/>
          </w:tcPr>
          <w:p w14:paraId="61F2D74C" w14:textId="77777777" w:rsidR="00642072" w:rsidRDefault="00000000">
            <w:r>
              <w:t>Алгоритм регулирования</w:t>
            </w:r>
          </w:p>
        </w:tc>
        <w:tc>
          <w:tcPr>
            <w:tcW w:w="2880" w:type="dxa"/>
          </w:tcPr>
          <w:p w14:paraId="3C3A6EB4" w14:textId="77777777" w:rsidR="00642072" w:rsidRDefault="00000000">
            <w:r>
              <w:t>V/f, PID</w:t>
            </w:r>
          </w:p>
        </w:tc>
      </w:tr>
      <w:tr w:rsidR="00642072" w14:paraId="4821EAAF" w14:textId="77777777" w:rsidTr="00E77FC1">
        <w:tc>
          <w:tcPr>
            <w:tcW w:w="2880" w:type="dxa"/>
          </w:tcPr>
          <w:p w14:paraId="5F6EBFB1" w14:textId="77777777" w:rsidR="00642072" w:rsidRDefault="00000000">
            <w:r>
              <w:t>Плавный пуск/остановка</w:t>
            </w:r>
          </w:p>
        </w:tc>
        <w:tc>
          <w:tcPr>
            <w:tcW w:w="2880" w:type="dxa"/>
          </w:tcPr>
          <w:p w14:paraId="36BCDA12" w14:textId="77777777" w:rsidR="00642072" w:rsidRDefault="00000000">
            <w:r>
              <w:t>Мягкий разгон</w:t>
            </w:r>
          </w:p>
        </w:tc>
        <w:tc>
          <w:tcPr>
            <w:tcW w:w="2880" w:type="dxa"/>
          </w:tcPr>
          <w:p w14:paraId="0606A62E" w14:textId="77777777" w:rsidR="00642072" w:rsidRDefault="00000000">
            <w:r>
              <w:t>Да</w:t>
            </w:r>
          </w:p>
        </w:tc>
      </w:tr>
      <w:tr w:rsidR="00642072" w14:paraId="13510607" w14:textId="77777777" w:rsidTr="00E77FC1">
        <w:tc>
          <w:tcPr>
            <w:tcW w:w="2880" w:type="dxa"/>
          </w:tcPr>
          <w:p w14:paraId="58350959" w14:textId="77777777" w:rsidR="00642072" w:rsidRDefault="00000000">
            <w:r>
              <w:t>THD</w:t>
            </w:r>
          </w:p>
        </w:tc>
        <w:tc>
          <w:tcPr>
            <w:tcW w:w="2880" w:type="dxa"/>
          </w:tcPr>
          <w:p w14:paraId="05B48A01" w14:textId="77777777" w:rsidR="00642072" w:rsidRDefault="00000000">
            <w:r>
              <w:t>Качество сигнала</w:t>
            </w:r>
          </w:p>
        </w:tc>
        <w:tc>
          <w:tcPr>
            <w:tcW w:w="2880" w:type="dxa"/>
          </w:tcPr>
          <w:p w14:paraId="7A1F06B3" w14:textId="77777777" w:rsidR="00642072" w:rsidRDefault="00000000">
            <w:r>
              <w:t>%</w:t>
            </w:r>
          </w:p>
        </w:tc>
      </w:tr>
      <w:tr w:rsidR="00642072" w14:paraId="755734C2" w14:textId="77777777" w:rsidTr="00E77FC1">
        <w:tc>
          <w:tcPr>
            <w:tcW w:w="2880" w:type="dxa"/>
          </w:tcPr>
          <w:p w14:paraId="2660FDE8" w14:textId="77777777" w:rsidR="00642072" w:rsidRDefault="00000000">
            <w:r>
              <w:t>Функции защиты</w:t>
            </w:r>
          </w:p>
        </w:tc>
        <w:tc>
          <w:tcPr>
            <w:tcW w:w="2880" w:type="dxa"/>
          </w:tcPr>
          <w:p w14:paraId="71F96C12" w14:textId="77777777" w:rsidR="00642072" w:rsidRDefault="00000000">
            <w:r>
              <w:t>Комплекс защит</w:t>
            </w:r>
          </w:p>
        </w:tc>
        <w:tc>
          <w:tcPr>
            <w:tcW w:w="2880" w:type="dxa"/>
          </w:tcPr>
          <w:p w14:paraId="08B3D0A0" w14:textId="77777777" w:rsidR="00642072" w:rsidRDefault="00000000">
            <w:r>
              <w:t>Перегрев, КЗ, сухой ход</w:t>
            </w:r>
          </w:p>
        </w:tc>
      </w:tr>
      <w:tr w:rsidR="00642072" w14:paraId="687349E2" w14:textId="77777777" w:rsidTr="00E77FC1">
        <w:tc>
          <w:tcPr>
            <w:tcW w:w="2880" w:type="dxa"/>
          </w:tcPr>
          <w:p w14:paraId="2D8FDDE1" w14:textId="77777777" w:rsidR="00642072" w:rsidRDefault="00000000">
            <w:r>
              <w:t>Интерфейс связи</w:t>
            </w:r>
          </w:p>
        </w:tc>
        <w:tc>
          <w:tcPr>
            <w:tcW w:w="2880" w:type="dxa"/>
          </w:tcPr>
          <w:p w14:paraId="033FCDB2" w14:textId="77777777" w:rsidR="00642072" w:rsidRDefault="00000000">
            <w:r>
              <w:t>Цифровое управление</w:t>
            </w:r>
          </w:p>
        </w:tc>
        <w:tc>
          <w:tcPr>
            <w:tcW w:w="2880" w:type="dxa"/>
          </w:tcPr>
          <w:p w14:paraId="41C2C7AF" w14:textId="77777777" w:rsidR="00642072" w:rsidRDefault="00000000">
            <w:r>
              <w:t>RS485, Modbus</w:t>
            </w:r>
          </w:p>
        </w:tc>
      </w:tr>
      <w:tr w:rsidR="00642072" w14:paraId="201EB462" w14:textId="77777777" w:rsidTr="00E77FC1">
        <w:tc>
          <w:tcPr>
            <w:tcW w:w="2880" w:type="dxa"/>
          </w:tcPr>
          <w:p w14:paraId="29E6549F" w14:textId="77777777" w:rsidR="00642072" w:rsidRDefault="00000000">
            <w:r>
              <w:t>Память настроек</w:t>
            </w:r>
          </w:p>
        </w:tc>
        <w:tc>
          <w:tcPr>
            <w:tcW w:w="2880" w:type="dxa"/>
          </w:tcPr>
          <w:p w14:paraId="0449125C" w14:textId="77777777" w:rsidR="00642072" w:rsidRDefault="00000000">
            <w:r>
              <w:t>Восстановление параметров</w:t>
            </w:r>
          </w:p>
        </w:tc>
        <w:tc>
          <w:tcPr>
            <w:tcW w:w="2880" w:type="dxa"/>
          </w:tcPr>
          <w:p w14:paraId="0252088D" w14:textId="77777777" w:rsidR="00642072" w:rsidRDefault="00000000">
            <w:r>
              <w:t>Да</w:t>
            </w:r>
          </w:p>
        </w:tc>
      </w:tr>
      <w:tr w:rsidR="00642072" w14:paraId="4DEBFC4F" w14:textId="77777777" w:rsidTr="00E77FC1">
        <w:tc>
          <w:tcPr>
            <w:tcW w:w="2880" w:type="dxa"/>
          </w:tcPr>
          <w:p w14:paraId="54FADF0E" w14:textId="77777777" w:rsidR="00642072" w:rsidRDefault="00000000">
            <w:r>
              <w:t>Тип управления</w:t>
            </w:r>
          </w:p>
        </w:tc>
        <w:tc>
          <w:tcPr>
            <w:tcW w:w="2880" w:type="dxa"/>
          </w:tcPr>
          <w:p w14:paraId="374C098F" w14:textId="77777777" w:rsidR="00642072" w:rsidRDefault="00000000">
            <w:r>
              <w:t>Локальное/удалённое</w:t>
            </w:r>
          </w:p>
        </w:tc>
        <w:tc>
          <w:tcPr>
            <w:tcW w:w="2880" w:type="dxa"/>
          </w:tcPr>
          <w:p w14:paraId="7B1774E2" w14:textId="77777777" w:rsidR="00642072" w:rsidRDefault="00000000">
            <w:r>
              <w:t>панель/BMS</w:t>
            </w:r>
          </w:p>
        </w:tc>
      </w:tr>
    </w:tbl>
    <w:p w14:paraId="713B466D" w14:textId="77777777" w:rsidR="00642072" w:rsidRDefault="00000000" w:rsidP="00E77FC1">
      <w:pPr>
        <w:pStyle w:val="1"/>
      </w:pPr>
      <w:r>
        <w:t>5. Дополнительные требования и параметры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642072" w14:paraId="74C821D9" w14:textId="77777777" w:rsidTr="00E77FC1">
        <w:trPr>
          <w:tblHeader/>
        </w:trPr>
        <w:tc>
          <w:tcPr>
            <w:tcW w:w="2880" w:type="dxa"/>
          </w:tcPr>
          <w:p w14:paraId="0A09BABD" w14:textId="77777777" w:rsidR="00642072" w:rsidRPr="00E77FC1" w:rsidRDefault="00000000">
            <w:pPr>
              <w:rPr>
                <w:b/>
                <w:bCs/>
              </w:rPr>
            </w:pPr>
            <w:r w:rsidRPr="00E77FC1">
              <w:rPr>
                <w:b/>
                <w:bCs/>
              </w:rPr>
              <w:t>Параметр</w:t>
            </w:r>
          </w:p>
        </w:tc>
        <w:tc>
          <w:tcPr>
            <w:tcW w:w="2880" w:type="dxa"/>
          </w:tcPr>
          <w:p w14:paraId="324D90F2" w14:textId="77777777" w:rsidR="00642072" w:rsidRPr="00E77FC1" w:rsidRDefault="00000000">
            <w:pPr>
              <w:rPr>
                <w:b/>
                <w:bCs/>
              </w:rPr>
            </w:pPr>
            <w:r w:rsidRPr="00E77FC1">
              <w:rPr>
                <w:b/>
                <w:bCs/>
              </w:rPr>
              <w:t>Краткая информация</w:t>
            </w:r>
          </w:p>
        </w:tc>
        <w:tc>
          <w:tcPr>
            <w:tcW w:w="2880" w:type="dxa"/>
          </w:tcPr>
          <w:p w14:paraId="64BE54CD" w14:textId="77777777" w:rsidR="00642072" w:rsidRPr="00E77FC1" w:rsidRDefault="00000000">
            <w:pPr>
              <w:rPr>
                <w:b/>
                <w:bCs/>
              </w:rPr>
            </w:pPr>
            <w:r w:rsidRPr="00E77FC1">
              <w:rPr>
                <w:b/>
                <w:bCs/>
              </w:rPr>
              <w:t>Описание / пример</w:t>
            </w:r>
          </w:p>
        </w:tc>
      </w:tr>
      <w:tr w:rsidR="00642072" w14:paraId="676A44D5" w14:textId="77777777" w:rsidTr="00E77FC1">
        <w:tc>
          <w:tcPr>
            <w:tcW w:w="2880" w:type="dxa"/>
          </w:tcPr>
          <w:p w14:paraId="3CC778D2" w14:textId="77777777" w:rsidR="00642072" w:rsidRDefault="00000000">
            <w:r>
              <w:t>Температура окружающей среды</w:t>
            </w:r>
          </w:p>
        </w:tc>
        <w:tc>
          <w:tcPr>
            <w:tcW w:w="2880" w:type="dxa"/>
          </w:tcPr>
          <w:p w14:paraId="4B72D4D9" w14:textId="77777777" w:rsidR="00642072" w:rsidRDefault="00000000">
            <w:r>
              <w:t>Диапазон эксплуатации</w:t>
            </w:r>
          </w:p>
        </w:tc>
        <w:tc>
          <w:tcPr>
            <w:tcW w:w="2880" w:type="dxa"/>
          </w:tcPr>
          <w:p w14:paraId="0F5C6A64" w14:textId="77777777" w:rsidR="00642072" w:rsidRDefault="00000000">
            <w:r>
              <w:t>°C</w:t>
            </w:r>
          </w:p>
        </w:tc>
      </w:tr>
      <w:tr w:rsidR="00642072" w14:paraId="4C696979" w14:textId="77777777" w:rsidTr="00E77FC1">
        <w:tc>
          <w:tcPr>
            <w:tcW w:w="2880" w:type="dxa"/>
          </w:tcPr>
          <w:p w14:paraId="72DF9CA8" w14:textId="77777777" w:rsidR="00642072" w:rsidRDefault="00000000">
            <w:r>
              <w:t>Уровень вибрации</w:t>
            </w:r>
          </w:p>
        </w:tc>
        <w:tc>
          <w:tcPr>
            <w:tcW w:w="2880" w:type="dxa"/>
          </w:tcPr>
          <w:p w14:paraId="0789CDD9" w14:textId="77777777" w:rsidR="00642072" w:rsidRDefault="00000000">
            <w:r>
              <w:t>Вибрации по ISO</w:t>
            </w:r>
          </w:p>
        </w:tc>
        <w:tc>
          <w:tcPr>
            <w:tcW w:w="2880" w:type="dxa"/>
          </w:tcPr>
          <w:p w14:paraId="4CAAB833" w14:textId="77777777" w:rsidR="00642072" w:rsidRDefault="00000000">
            <w:r>
              <w:t>мм/с</w:t>
            </w:r>
          </w:p>
        </w:tc>
      </w:tr>
      <w:tr w:rsidR="00642072" w14:paraId="490A4189" w14:textId="77777777" w:rsidTr="00E77FC1">
        <w:tc>
          <w:tcPr>
            <w:tcW w:w="2880" w:type="dxa"/>
          </w:tcPr>
          <w:p w14:paraId="030024D9" w14:textId="77777777" w:rsidR="00642072" w:rsidRDefault="00000000">
            <w:r>
              <w:t>Сопротивление изоляции</w:t>
            </w:r>
          </w:p>
        </w:tc>
        <w:tc>
          <w:tcPr>
            <w:tcW w:w="2880" w:type="dxa"/>
          </w:tcPr>
          <w:p w14:paraId="37923CCC" w14:textId="77777777" w:rsidR="00642072" w:rsidRDefault="00000000">
            <w:r>
              <w:t>Электробезопасность</w:t>
            </w:r>
          </w:p>
        </w:tc>
        <w:tc>
          <w:tcPr>
            <w:tcW w:w="2880" w:type="dxa"/>
          </w:tcPr>
          <w:p w14:paraId="00333F26" w14:textId="77777777" w:rsidR="00642072" w:rsidRDefault="00000000">
            <w:r>
              <w:t>МОм</w:t>
            </w:r>
          </w:p>
        </w:tc>
      </w:tr>
      <w:tr w:rsidR="00642072" w14:paraId="3211FD47" w14:textId="77777777" w:rsidTr="00E77FC1">
        <w:tc>
          <w:tcPr>
            <w:tcW w:w="2880" w:type="dxa"/>
          </w:tcPr>
          <w:p w14:paraId="29810F78" w14:textId="77777777" w:rsidR="00642072" w:rsidRDefault="00000000">
            <w:r>
              <w:t>EMC соответствие</w:t>
            </w:r>
          </w:p>
        </w:tc>
        <w:tc>
          <w:tcPr>
            <w:tcW w:w="2880" w:type="dxa"/>
          </w:tcPr>
          <w:p w14:paraId="573B49A1" w14:textId="77777777" w:rsidR="00642072" w:rsidRDefault="00000000">
            <w:r>
              <w:t>Электромагнитная совместимость</w:t>
            </w:r>
          </w:p>
        </w:tc>
        <w:tc>
          <w:tcPr>
            <w:tcW w:w="2880" w:type="dxa"/>
          </w:tcPr>
          <w:p w14:paraId="188499EE" w14:textId="77777777" w:rsidR="00642072" w:rsidRDefault="00000000">
            <w:r>
              <w:t>Да</w:t>
            </w:r>
          </w:p>
        </w:tc>
      </w:tr>
      <w:tr w:rsidR="00642072" w14:paraId="22712D6E" w14:textId="77777777" w:rsidTr="00E77FC1">
        <w:tc>
          <w:tcPr>
            <w:tcW w:w="2880" w:type="dxa"/>
          </w:tcPr>
          <w:p w14:paraId="772E6102" w14:textId="77777777" w:rsidR="00642072" w:rsidRDefault="00000000">
            <w:r>
              <w:t>Соответствие стандартам</w:t>
            </w:r>
          </w:p>
        </w:tc>
        <w:tc>
          <w:tcPr>
            <w:tcW w:w="2880" w:type="dxa"/>
          </w:tcPr>
          <w:p w14:paraId="494C9039" w14:textId="77777777" w:rsidR="00642072" w:rsidRDefault="00000000">
            <w:r>
              <w:t>Сертификация</w:t>
            </w:r>
          </w:p>
        </w:tc>
        <w:tc>
          <w:tcPr>
            <w:tcW w:w="2880" w:type="dxa"/>
          </w:tcPr>
          <w:p w14:paraId="1945B659" w14:textId="77777777" w:rsidR="00642072" w:rsidRDefault="00000000">
            <w:r>
              <w:t>CE, EAC, RoHS</w:t>
            </w:r>
          </w:p>
        </w:tc>
      </w:tr>
    </w:tbl>
    <w:p w14:paraId="6AE8982B" w14:textId="18A8284A" w:rsidR="00642072" w:rsidRDefault="00E77FC1" w:rsidP="00E77FC1">
      <w:pPr>
        <w:pStyle w:val="1"/>
      </w:pPr>
      <w:r>
        <w:rPr>
          <w:lang w:val="ru-RU"/>
        </w:rPr>
        <w:t>6.</w:t>
      </w:r>
      <w:r w:rsidR="00000000">
        <w:t xml:space="preserve"> Параметры кабеля питания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642072" w14:paraId="2D044D7F" w14:textId="77777777" w:rsidTr="00E77FC1">
        <w:trPr>
          <w:tblHeader/>
        </w:trPr>
        <w:tc>
          <w:tcPr>
            <w:tcW w:w="2880" w:type="dxa"/>
          </w:tcPr>
          <w:p w14:paraId="7822A733" w14:textId="77777777" w:rsidR="00642072" w:rsidRPr="00E77FC1" w:rsidRDefault="00000000">
            <w:pPr>
              <w:rPr>
                <w:b/>
                <w:bCs/>
              </w:rPr>
            </w:pPr>
            <w:r w:rsidRPr="00E77FC1">
              <w:rPr>
                <w:b/>
                <w:bCs/>
              </w:rPr>
              <w:t>Параметр</w:t>
            </w:r>
          </w:p>
        </w:tc>
        <w:tc>
          <w:tcPr>
            <w:tcW w:w="2880" w:type="dxa"/>
          </w:tcPr>
          <w:p w14:paraId="647539D9" w14:textId="77777777" w:rsidR="00642072" w:rsidRPr="00E77FC1" w:rsidRDefault="00000000">
            <w:pPr>
              <w:rPr>
                <w:b/>
                <w:bCs/>
              </w:rPr>
            </w:pPr>
            <w:r w:rsidRPr="00E77FC1">
              <w:rPr>
                <w:b/>
                <w:bCs/>
              </w:rPr>
              <w:t>Краткая информация</w:t>
            </w:r>
          </w:p>
        </w:tc>
        <w:tc>
          <w:tcPr>
            <w:tcW w:w="2880" w:type="dxa"/>
          </w:tcPr>
          <w:p w14:paraId="00393073" w14:textId="77777777" w:rsidR="00642072" w:rsidRPr="00E77FC1" w:rsidRDefault="00000000">
            <w:pPr>
              <w:rPr>
                <w:b/>
                <w:bCs/>
              </w:rPr>
            </w:pPr>
            <w:r w:rsidRPr="00E77FC1">
              <w:rPr>
                <w:b/>
                <w:bCs/>
              </w:rPr>
              <w:t>Описание / пример</w:t>
            </w:r>
          </w:p>
        </w:tc>
      </w:tr>
      <w:tr w:rsidR="00642072" w14:paraId="55C14252" w14:textId="77777777" w:rsidTr="00E77FC1">
        <w:tc>
          <w:tcPr>
            <w:tcW w:w="2880" w:type="dxa"/>
          </w:tcPr>
          <w:p w14:paraId="191DD0F1" w14:textId="77777777" w:rsidR="00642072" w:rsidRDefault="00000000">
            <w:r>
              <w:t>Тип кабеля</w:t>
            </w:r>
          </w:p>
        </w:tc>
        <w:tc>
          <w:tcPr>
            <w:tcW w:w="2880" w:type="dxa"/>
          </w:tcPr>
          <w:p w14:paraId="27E55A36" w14:textId="77777777" w:rsidR="00642072" w:rsidRDefault="00000000">
            <w:r>
              <w:t>Марка кабеля</w:t>
            </w:r>
          </w:p>
        </w:tc>
        <w:tc>
          <w:tcPr>
            <w:tcW w:w="2880" w:type="dxa"/>
          </w:tcPr>
          <w:p w14:paraId="24C286FC" w14:textId="77777777" w:rsidR="00642072" w:rsidRDefault="00000000">
            <w:r>
              <w:t>H07RN-F, ПВС, КГ</w:t>
            </w:r>
          </w:p>
        </w:tc>
      </w:tr>
      <w:tr w:rsidR="00642072" w14:paraId="2C51E3F3" w14:textId="77777777" w:rsidTr="00E77FC1">
        <w:tc>
          <w:tcPr>
            <w:tcW w:w="2880" w:type="dxa"/>
          </w:tcPr>
          <w:p w14:paraId="721A1648" w14:textId="77777777" w:rsidR="00642072" w:rsidRDefault="00000000">
            <w:r>
              <w:t>Число и сечение жил</w:t>
            </w:r>
          </w:p>
        </w:tc>
        <w:tc>
          <w:tcPr>
            <w:tcW w:w="2880" w:type="dxa"/>
          </w:tcPr>
          <w:p w14:paraId="6DD5C7D5" w14:textId="77777777" w:rsidR="00642072" w:rsidRDefault="00000000">
            <w:r>
              <w:t>Конфигурация кабеля</w:t>
            </w:r>
          </w:p>
        </w:tc>
        <w:tc>
          <w:tcPr>
            <w:tcW w:w="2880" w:type="dxa"/>
          </w:tcPr>
          <w:p w14:paraId="3D602400" w14:textId="77777777" w:rsidR="00642072" w:rsidRDefault="00000000">
            <w:r>
              <w:t>3×1,0 мм²</w:t>
            </w:r>
          </w:p>
        </w:tc>
      </w:tr>
      <w:tr w:rsidR="00642072" w14:paraId="2959EF85" w14:textId="77777777" w:rsidTr="00E77FC1">
        <w:tc>
          <w:tcPr>
            <w:tcW w:w="2880" w:type="dxa"/>
          </w:tcPr>
          <w:p w14:paraId="5CA2B3D9" w14:textId="77777777" w:rsidR="00642072" w:rsidRDefault="00000000">
            <w:r>
              <w:lastRenderedPageBreak/>
              <w:t>Материал проводников</w:t>
            </w:r>
          </w:p>
        </w:tc>
        <w:tc>
          <w:tcPr>
            <w:tcW w:w="2880" w:type="dxa"/>
          </w:tcPr>
          <w:p w14:paraId="68DA6C1D" w14:textId="77777777" w:rsidR="00642072" w:rsidRDefault="00000000">
            <w:r>
              <w:t>Материал жил</w:t>
            </w:r>
          </w:p>
        </w:tc>
        <w:tc>
          <w:tcPr>
            <w:tcW w:w="2880" w:type="dxa"/>
          </w:tcPr>
          <w:p w14:paraId="1E727E09" w14:textId="77777777" w:rsidR="00642072" w:rsidRDefault="00000000">
            <w:r>
              <w:t>Медь</w:t>
            </w:r>
          </w:p>
        </w:tc>
      </w:tr>
      <w:tr w:rsidR="00642072" w14:paraId="171A2346" w14:textId="77777777" w:rsidTr="00E77FC1">
        <w:tc>
          <w:tcPr>
            <w:tcW w:w="2880" w:type="dxa"/>
          </w:tcPr>
          <w:p w14:paraId="7A468965" w14:textId="77777777" w:rsidR="00642072" w:rsidRDefault="00000000">
            <w:r>
              <w:t>Длина кабеля</w:t>
            </w:r>
          </w:p>
        </w:tc>
        <w:tc>
          <w:tcPr>
            <w:tcW w:w="2880" w:type="dxa"/>
          </w:tcPr>
          <w:p w14:paraId="7F11DDDA" w14:textId="77777777" w:rsidR="00642072" w:rsidRDefault="00000000">
            <w:r>
              <w:t>Стандартная длина</w:t>
            </w:r>
          </w:p>
        </w:tc>
        <w:tc>
          <w:tcPr>
            <w:tcW w:w="2880" w:type="dxa"/>
          </w:tcPr>
          <w:p w14:paraId="6B78DF44" w14:textId="77777777" w:rsidR="00642072" w:rsidRDefault="00000000">
            <w:r>
              <w:t>м</w:t>
            </w:r>
          </w:p>
        </w:tc>
      </w:tr>
      <w:tr w:rsidR="00642072" w14:paraId="7C6C9376" w14:textId="77777777" w:rsidTr="00E77FC1">
        <w:tc>
          <w:tcPr>
            <w:tcW w:w="2880" w:type="dxa"/>
          </w:tcPr>
          <w:p w14:paraId="60C7F9BD" w14:textId="77777777" w:rsidR="00642072" w:rsidRDefault="00000000">
            <w:r>
              <w:t>Тип вилки</w:t>
            </w:r>
          </w:p>
        </w:tc>
        <w:tc>
          <w:tcPr>
            <w:tcW w:w="2880" w:type="dxa"/>
          </w:tcPr>
          <w:p w14:paraId="72C4A22C" w14:textId="77777777" w:rsidR="00642072" w:rsidRDefault="00000000">
            <w:r>
              <w:t>Тип разъёма</w:t>
            </w:r>
          </w:p>
        </w:tc>
        <w:tc>
          <w:tcPr>
            <w:tcW w:w="2880" w:type="dxa"/>
          </w:tcPr>
          <w:p w14:paraId="7C8E5C01" w14:textId="77777777" w:rsidR="00642072" w:rsidRDefault="00000000">
            <w:r>
              <w:t>Schuko/CEE</w:t>
            </w:r>
          </w:p>
        </w:tc>
      </w:tr>
      <w:tr w:rsidR="00642072" w14:paraId="57B00078" w14:textId="77777777" w:rsidTr="00E77FC1">
        <w:tc>
          <w:tcPr>
            <w:tcW w:w="2880" w:type="dxa"/>
          </w:tcPr>
          <w:p w14:paraId="6C6214DE" w14:textId="77777777" w:rsidR="00642072" w:rsidRDefault="00000000">
            <w:r>
              <w:t>Температурный диапазон</w:t>
            </w:r>
          </w:p>
        </w:tc>
        <w:tc>
          <w:tcPr>
            <w:tcW w:w="2880" w:type="dxa"/>
          </w:tcPr>
          <w:p w14:paraId="09C7845C" w14:textId="77777777" w:rsidR="00642072" w:rsidRDefault="00000000">
            <w:r>
              <w:t>Температура эксплуатации</w:t>
            </w:r>
          </w:p>
        </w:tc>
        <w:tc>
          <w:tcPr>
            <w:tcW w:w="2880" w:type="dxa"/>
          </w:tcPr>
          <w:p w14:paraId="462D6CB4" w14:textId="77777777" w:rsidR="00642072" w:rsidRDefault="00000000">
            <w:r>
              <w:t>°C</w:t>
            </w:r>
          </w:p>
        </w:tc>
      </w:tr>
      <w:tr w:rsidR="00642072" w14:paraId="004BBF2E" w14:textId="77777777" w:rsidTr="00E77FC1">
        <w:tc>
          <w:tcPr>
            <w:tcW w:w="2880" w:type="dxa"/>
          </w:tcPr>
          <w:p w14:paraId="160ED596" w14:textId="77777777" w:rsidR="00642072" w:rsidRDefault="00000000">
            <w:r>
              <w:t>Защита оболочки</w:t>
            </w:r>
          </w:p>
        </w:tc>
        <w:tc>
          <w:tcPr>
            <w:tcW w:w="2880" w:type="dxa"/>
          </w:tcPr>
          <w:p w14:paraId="522494BD" w14:textId="77777777" w:rsidR="00642072" w:rsidRDefault="00000000">
            <w:r>
              <w:t>Стойкость изоляции</w:t>
            </w:r>
          </w:p>
        </w:tc>
        <w:tc>
          <w:tcPr>
            <w:tcW w:w="2880" w:type="dxa"/>
          </w:tcPr>
          <w:p w14:paraId="606AE7CE" w14:textId="77777777" w:rsidR="00642072" w:rsidRDefault="00000000">
            <w:r>
              <w:t>влагостойк./маслостойк.</w:t>
            </w:r>
          </w:p>
        </w:tc>
      </w:tr>
      <w:tr w:rsidR="00642072" w14:paraId="53CC319A" w14:textId="77777777" w:rsidTr="00E77FC1">
        <w:tc>
          <w:tcPr>
            <w:tcW w:w="2880" w:type="dxa"/>
          </w:tcPr>
          <w:p w14:paraId="74F1E60E" w14:textId="77777777" w:rsidR="00642072" w:rsidRDefault="00000000">
            <w:r>
              <w:t>Тип ввода кабеля</w:t>
            </w:r>
          </w:p>
        </w:tc>
        <w:tc>
          <w:tcPr>
            <w:tcW w:w="2880" w:type="dxa"/>
          </w:tcPr>
          <w:p w14:paraId="7F139694" w14:textId="77777777" w:rsidR="00642072" w:rsidRDefault="00000000">
            <w:r>
              <w:t>Способ ввода</w:t>
            </w:r>
          </w:p>
        </w:tc>
        <w:tc>
          <w:tcPr>
            <w:tcW w:w="2880" w:type="dxa"/>
          </w:tcPr>
          <w:p w14:paraId="2D849EC8" w14:textId="77777777" w:rsidR="00642072" w:rsidRDefault="00000000">
            <w:r>
              <w:t>литой/сальник</w:t>
            </w:r>
          </w:p>
        </w:tc>
      </w:tr>
      <w:tr w:rsidR="00642072" w14:paraId="0A5C2170" w14:textId="77777777" w:rsidTr="00E77FC1">
        <w:tc>
          <w:tcPr>
            <w:tcW w:w="2880" w:type="dxa"/>
          </w:tcPr>
          <w:p w14:paraId="5B97BDB5" w14:textId="77777777" w:rsidR="00642072" w:rsidRDefault="00000000">
            <w:r>
              <w:t>Тип подключения</w:t>
            </w:r>
          </w:p>
        </w:tc>
        <w:tc>
          <w:tcPr>
            <w:tcW w:w="2880" w:type="dxa"/>
          </w:tcPr>
          <w:p w14:paraId="67559DA5" w14:textId="77777777" w:rsidR="00642072" w:rsidRDefault="00000000">
            <w:r>
              <w:t>Способ соединения</w:t>
            </w:r>
          </w:p>
        </w:tc>
        <w:tc>
          <w:tcPr>
            <w:tcW w:w="2880" w:type="dxa"/>
          </w:tcPr>
          <w:p w14:paraId="5A8DBB6D" w14:textId="77777777" w:rsidR="00642072" w:rsidRDefault="00000000">
            <w:r>
              <w:t>литой/клеммы</w:t>
            </w:r>
          </w:p>
        </w:tc>
      </w:tr>
      <w:tr w:rsidR="00642072" w14:paraId="34E9DEE5" w14:textId="77777777" w:rsidTr="00E77FC1">
        <w:tc>
          <w:tcPr>
            <w:tcW w:w="2880" w:type="dxa"/>
          </w:tcPr>
          <w:p w14:paraId="0B7B7B31" w14:textId="77777777" w:rsidR="00642072" w:rsidRDefault="00000000">
            <w:r>
              <w:t>Токовая нагрузочная способность</w:t>
            </w:r>
          </w:p>
        </w:tc>
        <w:tc>
          <w:tcPr>
            <w:tcW w:w="2880" w:type="dxa"/>
          </w:tcPr>
          <w:p w14:paraId="1B31AE71" w14:textId="77777777" w:rsidR="00642072" w:rsidRDefault="00000000">
            <w:r>
              <w:t>Максимальный ток</w:t>
            </w:r>
          </w:p>
        </w:tc>
        <w:tc>
          <w:tcPr>
            <w:tcW w:w="2880" w:type="dxa"/>
          </w:tcPr>
          <w:p w14:paraId="5BFDDBE6" w14:textId="77777777" w:rsidR="00642072" w:rsidRDefault="00000000">
            <w:r>
              <w:t>А</w:t>
            </w:r>
          </w:p>
        </w:tc>
      </w:tr>
      <w:tr w:rsidR="00642072" w14:paraId="1F1C50C7" w14:textId="77777777" w:rsidTr="00E77FC1">
        <w:tc>
          <w:tcPr>
            <w:tcW w:w="2880" w:type="dxa"/>
          </w:tcPr>
          <w:p w14:paraId="0B18D6F4" w14:textId="77777777" w:rsidR="00642072" w:rsidRPr="00E77FC1" w:rsidRDefault="00000000">
            <w:pPr>
              <w:rPr>
                <w:lang w:val="ru-RU"/>
              </w:rPr>
            </w:pPr>
            <w:r w:rsidRPr="00E77FC1">
              <w:rPr>
                <w:lang w:val="ru-RU"/>
              </w:rPr>
              <w:t>Макс. длина без падения напряжения</w:t>
            </w:r>
          </w:p>
        </w:tc>
        <w:tc>
          <w:tcPr>
            <w:tcW w:w="2880" w:type="dxa"/>
          </w:tcPr>
          <w:p w14:paraId="52FB075C" w14:textId="77777777" w:rsidR="00642072" w:rsidRDefault="00000000">
            <w:proofErr w:type="spellStart"/>
            <w:r>
              <w:t>Допустимая</w:t>
            </w:r>
            <w:proofErr w:type="spellEnd"/>
            <w:r>
              <w:t xml:space="preserve"> </w:t>
            </w:r>
            <w:proofErr w:type="spellStart"/>
            <w:r>
              <w:t>длина</w:t>
            </w:r>
            <w:proofErr w:type="spellEnd"/>
          </w:p>
        </w:tc>
        <w:tc>
          <w:tcPr>
            <w:tcW w:w="2880" w:type="dxa"/>
          </w:tcPr>
          <w:p w14:paraId="03564186" w14:textId="77777777" w:rsidR="00642072" w:rsidRDefault="00000000">
            <w:r>
              <w:t>м</w:t>
            </w:r>
          </w:p>
        </w:tc>
      </w:tr>
    </w:tbl>
    <w:p w14:paraId="1C53A462" w14:textId="77777777" w:rsidR="006E1B34" w:rsidRDefault="006E1B34"/>
    <w:sectPr w:rsidR="006E1B3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25893202">
    <w:abstractNumId w:val="8"/>
  </w:num>
  <w:num w:numId="2" w16cid:durableId="75709609">
    <w:abstractNumId w:val="6"/>
  </w:num>
  <w:num w:numId="3" w16cid:durableId="1679774672">
    <w:abstractNumId w:val="5"/>
  </w:num>
  <w:num w:numId="4" w16cid:durableId="1798988038">
    <w:abstractNumId w:val="4"/>
  </w:num>
  <w:num w:numId="5" w16cid:durableId="705568837">
    <w:abstractNumId w:val="7"/>
  </w:num>
  <w:num w:numId="6" w16cid:durableId="1973361415">
    <w:abstractNumId w:val="3"/>
  </w:num>
  <w:num w:numId="7" w16cid:durableId="253172066">
    <w:abstractNumId w:val="2"/>
  </w:num>
  <w:num w:numId="8" w16cid:durableId="15932925">
    <w:abstractNumId w:val="1"/>
  </w:num>
  <w:num w:numId="9" w16cid:durableId="1279878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42072"/>
    <w:rsid w:val="006E1B34"/>
    <w:rsid w:val="00AA1D8D"/>
    <w:rsid w:val="00B47730"/>
    <w:rsid w:val="00CB0664"/>
    <w:rsid w:val="00DD56F4"/>
    <w:rsid w:val="00E77FC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77E47D"/>
  <w14:defaultImageDpi w14:val="300"/>
  <w15:docId w15:val="{591FF8CE-D6B0-4EFD-93BD-1CC125DE1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510</Words>
  <Characters>2908</Characters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terms:created xsi:type="dcterms:W3CDTF">2013-12-23T23:15:00Z</dcterms:created>
  <dcterms:modified xsi:type="dcterms:W3CDTF">2025-12-01T09:03:00Z</dcterms:modified>
  <cp:category/>
</cp:coreProperties>
</file>